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1C549" w14:textId="77777777" w:rsidR="009C48D1" w:rsidRDefault="00365B0B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0D70BE90" wp14:editId="394B6564">
            <wp:extent cx="6492240" cy="19328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d_logo_and_dj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1932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A4509" w14:textId="77777777" w:rsidR="009C48D1" w:rsidRDefault="00365B0B">
      <w:pPr>
        <w:spacing w:after="60"/>
        <w:jc w:val="center"/>
        <w:rPr>
          <w:rFonts w:hint="eastAsia"/>
        </w:rPr>
      </w:pPr>
      <w:r>
        <w:rPr>
          <w:rFonts w:ascii="Comic Neue" w:hAnsi="Comic Neue"/>
          <w:b/>
          <w:color w:val="000000"/>
          <w:sz w:val="48"/>
        </w:rPr>
        <w:t>CORD’s</w:t>
      </w:r>
    </w:p>
    <w:p w14:paraId="366710A2" w14:textId="77777777" w:rsidR="009C48D1" w:rsidRDefault="00365B0B">
      <w:pPr>
        <w:spacing w:after="160"/>
        <w:jc w:val="center"/>
        <w:rPr>
          <w:rFonts w:hint="eastAsia"/>
        </w:rPr>
      </w:pPr>
      <w:r>
        <w:rPr>
          <w:rFonts w:ascii="Comic Neue" w:hAnsi="Comic Neue"/>
          <w:b/>
          <w:color w:val="000000"/>
          <w:sz w:val="50"/>
        </w:rPr>
        <w:t>Music Bingo Fundraiser!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77"/>
        <w:gridCol w:w="1858"/>
      </w:tblGrid>
      <w:tr w:rsidR="009C48D1" w14:paraId="3F3C7C53" w14:textId="77777777">
        <w:trPr>
          <w:jc w:val="center"/>
        </w:trPr>
        <w:tc>
          <w:tcPr>
            <w:tcW w:w="6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29" w:type="dxa"/>
              <w:left w:w="115" w:type="dxa"/>
              <w:bottom w:w="100" w:type="dxa"/>
              <w:right w:w="21" w:type="dxa"/>
            </w:tcMar>
            <w:vAlign w:val="center"/>
          </w:tcPr>
          <w:p w14:paraId="2AF5F0B2" w14:textId="77777777" w:rsidR="009C48D1" w:rsidRPr="00CA534A" w:rsidRDefault="00365B0B">
            <w:pPr>
              <w:spacing w:after="140" w:line="271" w:lineRule="auto"/>
              <w:rPr>
                <w:rFonts w:hint="eastAsia"/>
                <w:b/>
                <w:sz w:val="32"/>
                <w:szCs w:val="32"/>
              </w:rPr>
            </w:pPr>
            <w:r w:rsidRPr="00CA534A">
              <w:rPr>
                <w:b/>
                <w:color w:val="000000"/>
                <w:sz w:val="32"/>
                <w:szCs w:val="32"/>
              </w:rPr>
              <w:t>DATE: Thursday December 10, 2026</w:t>
            </w:r>
          </w:p>
          <w:p w14:paraId="381F9370" w14:textId="77777777" w:rsidR="009C48D1" w:rsidRPr="00CA534A" w:rsidRDefault="00365B0B">
            <w:pPr>
              <w:spacing w:before="100" w:after="140" w:line="271" w:lineRule="auto"/>
              <w:rPr>
                <w:rFonts w:hint="eastAsia"/>
                <w:b/>
                <w:sz w:val="32"/>
                <w:szCs w:val="32"/>
              </w:rPr>
            </w:pPr>
            <w:r w:rsidRPr="00CA534A">
              <w:rPr>
                <w:b/>
                <w:color w:val="000000"/>
                <w:sz w:val="32"/>
                <w:szCs w:val="32"/>
              </w:rPr>
              <w:t>TIME: 6:30pm-8:30pm</w:t>
            </w:r>
          </w:p>
          <w:p w14:paraId="2E680110" w14:textId="77777777" w:rsidR="009C48D1" w:rsidRPr="00CA534A" w:rsidRDefault="00365B0B">
            <w:pPr>
              <w:spacing w:before="100" w:after="140" w:line="271" w:lineRule="auto"/>
              <w:rPr>
                <w:rFonts w:hint="eastAsia"/>
                <w:b/>
                <w:sz w:val="32"/>
                <w:szCs w:val="32"/>
              </w:rPr>
            </w:pPr>
            <w:r w:rsidRPr="00CA534A">
              <w:rPr>
                <w:b/>
                <w:color w:val="000000"/>
                <w:sz w:val="32"/>
                <w:szCs w:val="32"/>
              </w:rPr>
              <w:t>PLACE: Courtyard by Marriott Cape Cod</w:t>
            </w:r>
          </w:p>
          <w:p w14:paraId="66FD8054" w14:textId="77777777" w:rsidR="009C48D1" w:rsidRDefault="00365B0B">
            <w:pPr>
              <w:spacing w:before="100" w:line="271" w:lineRule="auto"/>
              <w:jc w:val="center"/>
              <w:rPr>
                <w:rFonts w:hint="eastAsia"/>
              </w:rPr>
            </w:pPr>
            <w:r w:rsidRPr="00CA534A">
              <w:rPr>
                <w:b/>
                <w:color w:val="000000"/>
                <w:sz w:val="32"/>
                <w:szCs w:val="32"/>
              </w:rPr>
              <w:t>707 Iyannough Rd, Hyannis, MA</w:t>
            </w:r>
          </w:p>
        </w:tc>
        <w:tc>
          <w:tcPr>
            <w:tcW w:w="18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9" w:type="dxa"/>
              <w:left w:w="115" w:type="dxa"/>
              <w:bottom w:w="100" w:type="dxa"/>
              <w:right w:w="21" w:type="dxa"/>
            </w:tcMar>
            <w:vAlign w:val="center"/>
          </w:tcPr>
          <w:p w14:paraId="2630F53A" w14:textId="77777777" w:rsidR="009C48D1" w:rsidRDefault="00365B0B">
            <w:pPr>
              <w:jc w:val="right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1C7D8752" wp14:editId="16BD0E0A">
                  <wp:extent cx="1124712" cy="162763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loral_decoratio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712" cy="1627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7A5638" w14:textId="77777777" w:rsidR="009C48D1" w:rsidRDefault="00365B0B">
      <w:pPr>
        <w:spacing w:before="80" w:after="240"/>
        <w:jc w:val="center"/>
        <w:rPr>
          <w:rFonts w:hint="eastAsia"/>
        </w:rPr>
      </w:pPr>
      <w:r>
        <w:rPr>
          <w:b/>
          <w:color w:val="000000"/>
          <w:sz w:val="50"/>
        </w:rPr>
        <w:t>Become a Sponsor or Donate!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57"/>
        <w:gridCol w:w="4824"/>
      </w:tblGrid>
      <w:tr w:rsidR="009C48D1" w14:paraId="659DC1BE" w14:textId="77777777">
        <w:trPr>
          <w:jc w:val="center"/>
        </w:trPr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6" w:type="dxa"/>
              <w:bottom w:w="0" w:type="dxa"/>
              <w:right w:w="86" w:type="dxa"/>
            </w:tcMar>
          </w:tcPr>
          <w:p w14:paraId="064A6290" w14:textId="77777777" w:rsidR="009C48D1" w:rsidRDefault="00365B0B">
            <w:pPr>
              <w:spacing w:after="340"/>
              <w:jc w:val="center"/>
              <w:rPr>
                <w:rFonts w:hint="eastAsia"/>
              </w:rPr>
            </w:pPr>
            <w:r>
              <w:rPr>
                <w:b/>
                <w:color w:val="000000"/>
                <w:sz w:val="30"/>
              </w:rPr>
              <w:t>Use this QR Code or complete</w:t>
            </w:r>
            <w:r>
              <w:rPr>
                <w:b/>
                <w:color w:val="000000"/>
                <w:sz w:val="30"/>
              </w:rPr>
              <w:br/>
              <w:t>the form on the back!</w:t>
            </w:r>
          </w:p>
          <w:p w14:paraId="6EB3D4F9" w14:textId="77777777" w:rsidR="009C48D1" w:rsidRDefault="00365B0B">
            <w:pPr>
              <w:spacing w:after="80" w:line="269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23"/>
              </w:rPr>
              <w:t>*To be included in the program</w:t>
            </w:r>
            <w:r>
              <w:rPr>
                <w:color w:val="000000"/>
                <w:sz w:val="23"/>
              </w:rPr>
              <w:br/>
              <w:t>book, your sponsorship must be in</w:t>
            </w:r>
            <w:r>
              <w:rPr>
                <w:color w:val="000000"/>
                <w:sz w:val="23"/>
              </w:rPr>
              <w:br/>
              <w:t>by November 19, 2026</w:t>
            </w:r>
          </w:p>
          <w:p w14:paraId="03FE4A2C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6DD0406A" wp14:editId="694417D8">
                  <wp:extent cx="1389888" cy="154290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nowman_glob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888" cy="1542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6" w:type="dxa"/>
              <w:bottom w:w="0" w:type="dxa"/>
              <w:right w:w="86" w:type="dxa"/>
            </w:tcMar>
          </w:tcPr>
          <w:p w14:paraId="4D703B3F" w14:textId="77777777" w:rsidR="009C48D1" w:rsidRDefault="00365B0B">
            <w:pPr>
              <w:spacing w:before="340"/>
              <w:jc w:val="center"/>
              <w:rPr>
                <w:rFonts w:hint="eastAsia"/>
              </w:rPr>
            </w:pPr>
            <w:hyperlink r:id="rId12">
              <w:r>
                <w:rPr>
                  <w:noProof/>
                </w:rPr>
                <w:drawing>
                  <wp:inline distT="0" distB="0" distL="0" distR="0" wp14:anchorId="7453A4B0" wp14:editId="47E1F15E">
                    <wp:extent cx="2505456" cy="2623441"/>
                    <wp:effectExtent l="0" t="0" r="0" b="0"/>
                    <wp:docPr id="4" name="Picture 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existing_qr_original.png"/>
                            <pic:cNvPicPr/>
                          </pic:nvPicPr>
                          <pic:blipFill>
                            <a:blip r:embed="rId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05456" cy="262344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701E7867" w14:textId="77777777" w:rsidR="009C48D1" w:rsidRDefault="00365B0B">
      <w:pPr>
        <w:rPr>
          <w:rFonts w:hint="eastAsia"/>
        </w:rPr>
      </w:pPr>
      <w:r>
        <w:br w:type="page"/>
      </w:r>
    </w:p>
    <w:p w14:paraId="5BFDF436" w14:textId="77777777" w:rsidR="009C48D1" w:rsidRDefault="00365B0B">
      <w:pPr>
        <w:spacing w:after="180"/>
        <w:jc w:val="center"/>
        <w:rPr>
          <w:rFonts w:hint="eastAsia"/>
        </w:rPr>
      </w:pPr>
      <w:r>
        <w:rPr>
          <w:rFonts w:ascii="Comic Neue" w:hAnsi="Comic Neue"/>
          <w:b/>
          <w:color w:val="000000"/>
          <w:sz w:val="54"/>
        </w:rPr>
        <w:lastRenderedPageBreak/>
        <w:t>CORD’s Sponsorship Packages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080"/>
        <w:gridCol w:w="1080"/>
        <w:gridCol w:w="1037"/>
        <w:gridCol w:w="1008"/>
        <w:gridCol w:w="979"/>
        <w:gridCol w:w="907"/>
        <w:gridCol w:w="1152"/>
        <w:gridCol w:w="950"/>
      </w:tblGrid>
      <w:tr w:rsidR="009C48D1" w14:paraId="3F854B76" w14:textId="77777777">
        <w:trPr>
          <w:cantSplit/>
          <w:trHeight w:hRule="exact" w:val="1282"/>
          <w:tblHeader/>
          <w:jc w:val="center"/>
        </w:trPr>
        <w:tc>
          <w:tcPr>
            <w:tcW w:w="144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88EB1EE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7"/>
              </w:rPr>
              <w:t>Sponsorship</w:t>
            </w:r>
            <w:r>
              <w:rPr>
                <w:color w:val="000000"/>
                <w:sz w:val="17"/>
              </w:rPr>
              <w:br/>
              <w:t>Level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54CCA08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7"/>
              </w:rPr>
              <w:t>Number</w:t>
            </w:r>
            <w:r>
              <w:rPr>
                <w:color w:val="000000"/>
                <w:sz w:val="17"/>
              </w:rPr>
              <w:br/>
              <w:t>Available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DEF7530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7"/>
              </w:rPr>
              <w:t>Donation</w:t>
            </w:r>
            <w:r>
              <w:rPr>
                <w:color w:val="000000"/>
                <w:sz w:val="17"/>
              </w:rPr>
              <w:br/>
              <w:t>Amount</w:t>
            </w:r>
          </w:p>
        </w:tc>
        <w:tc>
          <w:tcPr>
            <w:tcW w:w="103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66F9BEF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7"/>
              </w:rPr>
              <w:t>Ad in</w:t>
            </w:r>
            <w:r>
              <w:rPr>
                <w:color w:val="000000"/>
                <w:sz w:val="17"/>
              </w:rPr>
              <w:br/>
              <w:t>our</w:t>
            </w:r>
            <w:r>
              <w:rPr>
                <w:color w:val="000000"/>
                <w:sz w:val="17"/>
              </w:rPr>
              <w:br/>
              <w:t>program</w:t>
            </w:r>
            <w:r>
              <w:rPr>
                <w:color w:val="000000"/>
                <w:sz w:val="17"/>
              </w:rPr>
              <w:br/>
              <w:t>book</w:t>
            </w:r>
          </w:p>
        </w:tc>
        <w:tc>
          <w:tcPr>
            <w:tcW w:w="100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2BE166F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7"/>
              </w:rPr>
              <w:t>Guest</w:t>
            </w:r>
            <w:r>
              <w:rPr>
                <w:color w:val="000000"/>
                <w:sz w:val="17"/>
              </w:rPr>
              <w:br/>
              <w:t>Speaker</w:t>
            </w:r>
            <w:r>
              <w:rPr>
                <w:color w:val="000000"/>
                <w:sz w:val="17"/>
              </w:rPr>
              <w:br/>
              <w:t>on Mic</w:t>
            </w:r>
          </w:p>
        </w:tc>
        <w:tc>
          <w:tcPr>
            <w:tcW w:w="97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16F8EC5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7"/>
              </w:rPr>
              <w:t>Social</w:t>
            </w:r>
            <w:r>
              <w:rPr>
                <w:color w:val="000000"/>
                <w:sz w:val="17"/>
              </w:rPr>
              <w:br/>
              <w:t>Media</w:t>
            </w:r>
            <w:r>
              <w:rPr>
                <w:color w:val="000000"/>
                <w:sz w:val="17"/>
              </w:rPr>
              <w:br/>
              <w:t>Shout-</w:t>
            </w:r>
            <w:r>
              <w:rPr>
                <w:color w:val="000000"/>
                <w:sz w:val="17"/>
              </w:rPr>
              <w:br/>
              <w:t>Outs</w:t>
            </w:r>
          </w:p>
        </w:tc>
        <w:tc>
          <w:tcPr>
            <w:tcW w:w="90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FC4EB5E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7"/>
              </w:rPr>
              <w:t>Free</w:t>
            </w:r>
            <w:r>
              <w:rPr>
                <w:color w:val="000000"/>
                <w:sz w:val="17"/>
              </w:rPr>
              <w:br/>
              <w:t>Tickets</w:t>
            </w:r>
            <w:r>
              <w:rPr>
                <w:color w:val="000000"/>
                <w:sz w:val="17"/>
              </w:rPr>
              <w:br/>
              <w:t>to Play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08639C8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7"/>
              </w:rPr>
              <w:t>Additional</w:t>
            </w:r>
            <w:r>
              <w:rPr>
                <w:color w:val="000000"/>
                <w:sz w:val="17"/>
              </w:rPr>
              <w:br/>
              <w:t>Tickets at</w:t>
            </w:r>
            <w:r>
              <w:rPr>
                <w:color w:val="000000"/>
                <w:sz w:val="17"/>
              </w:rPr>
              <w:br/>
              <w:t>Discount</w:t>
            </w:r>
          </w:p>
        </w:tc>
        <w:tc>
          <w:tcPr>
            <w:tcW w:w="95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863962F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7"/>
              </w:rPr>
              <w:t>Sign at</w:t>
            </w:r>
            <w:r>
              <w:rPr>
                <w:color w:val="000000"/>
                <w:sz w:val="17"/>
              </w:rPr>
              <w:br/>
              <w:t>Event</w:t>
            </w:r>
          </w:p>
        </w:tc>
      </w:tr>
      <w:tr w:rsidR="009C48D1" w14:paraId="1A6527E5" w14:textId="77777777">
        <w:trPr>
          <w:cantSplit/>
          <w:trHeight w:hRule="exact" w:val="1642"/>
          <w:jc w:val="center"/>
        </w:trPr>
        <w:tc>
          <w:tcPr>
            <w:tcW w:w="144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000000"/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7ACC528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rFonts w:ascii="EB Garamond" w:hAnsi="EB Garamond"/>
                <w:b/>
                <w:color w:val="FFE500"/>
                <w:sz w:val="24"/>
              </w:rPr>
              <w:t>Spotlight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A1480D3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F9EEAB4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$10,000</w:t>
            </w:r>
          </w:p>
        </w:tc>
        <w:tc>
          <w:tcPr>
            <w:tcW w:w="103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E9EE33E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Inside</w:t>
            </w:r>
            <w:r>
              <w:rPr>
                <w:color w:val="000000"/>
                <w:sz w:val="18"/>
              </w:rPr>
              <w:br/>
              <w:t>front</w:t>
            </w:r>
            <w:r>
              <w:rPr>
                <w:color w:val="000000"/>
                <w:sz w:val="18"/>
              </w:rPr>
              <w:br/>
              <w:t>cover</w:t>
            </w:r>
            <w:r>
              <w:rPr>
                <w:color w:val="000000"/>
                <w:sz w:val="18"/>
              </w:rPr>
              <w:br/>
              <w:t>and</w:t>
            </w:r>
            <w:r>
              <w:rPr>
                <w:color w:val="000000"/>
                <w:sz w:val="18"/>
              </w:rPr>
              <w:br/>
              <w:t>outside</w:t>
            </w:r>
            <w:r>
              <w:rPr>
                <w:color w:val="000000"/>
                <w:sz w:val="18"/>
              </w:rPr>
              <w:br/>
              <w:t>back</w:t>
            </w:r>
          </w:p>
        </w:tc>
        <w:tc>
          <w:tcPr>
            <w:tcW w:w="100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08091EC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5</w:t>
            </w:r>
            <w:r>
              <w:rPr>
                <w:color w:val="000000"/>
                <w:sz w:val="18"/>
              </w:rPr>
              <w:br/>
              <w:t>minutes</w:t>
            </w:r>
          </w:p>
        </w:tc>
        <w:tc>
          <w:tcPr>
            <w:tcW w:w="97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F6AE0C1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rFonts w:ascii="DejaVu Sans" w:hAnsi="DejaVu Sans"/>
                <w:color w:val="000000"/>
                <w:sz w:val="22"/>
              </w:rPr>
              <w:t>✓</w:t>
            </w:r>
          </w:p>
        </w:tc>
        <w:tc>
          <w:tcPr>
            <w:tcW w:w="90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23D13AB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14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C2872DE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$10</w:t>
            </w:r>
          </w:p>
        </w:tc>
        <w:tc>
          <w:tcPr>
            <w:tcW w:w="95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6CB9022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rFonts w:ascii="DejaVu Sans" w:hAnsi="DejaVu Sans"/>
                <w:color w:val="000000"/>
                <w:sz w:val="22"/>
              </w:rPr>
              <w:t>✓</w:t>
            </w:r>
          </w:p>
        </w:tc>
      </w:tr>
      <w:tr w:rsidR="009C48D1" w14:paraId="5DC5AAEE" w14:textId="77777777">
        <w:trPr>
          <w:cantSplit/>
          <w:trHeight w:hRule="exact" w:val="806"/>
          <w:jc w:val="center"/>
        </w:trPr>
        <w:tc>
          <w:tcPr>
            <w:tcW w:w="144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5B830DE" w14:textId="77777777" w:rsidR="009C48D1" w:rsidRDefault="00365B0B">
            <w:pPr>
              <w:rPr>
                <w:rFonts w:hint="eastAsia"/>
              </w:rPr>
            </w:pPr>
            <w:r>
              <w:rPr>
                <w:b/>
                <w:color w:val="4B9ED0"/>
              </w:rPr>
              <w:t>Blue</w:t>
            </w:r>
            <w:r>
              <w:rPr>
                <w:b/>
                <w:color w:val="4B9ED0"/>
              </w:rPr>
              <w:br/>
              <w:t>Diamond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63782B9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A9ED763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$5,000</w:t>
            </w:r>
          </w:p>
        </w:tc>
        <w:tc>
          <w:tcPr>
            <w:tcW w:w="103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AB9C542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Inside</w:t>
            </w:r>
            <w:r>
              <w:rPr>
                <w:color w:val="000000"/>
                <w:sz w:val="18"/>
              </w:rPr>
              <w:br/>
              <w:t>back</w:t>
            </w:r>
            <w:r>
              <w:rPr>
                <w:color w:val="000000"/>
                <w:sz w:val="18"/>
              </w:rPr>
              <w:br/>
              <w:t>cover</w:t>
            </w:r>
          </w:p>
        </w:tc>
        <w:tc>
          <w:tcPr>
            <w:tcW w:w="100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3D15C14" w14:textId="77777777" w:rsidR="009C48D1" w:rsidRDefault="009C48D1">
            <w:pPr>
              <w:rPr>
                <w:rFonts w:hint="eastAsia"/>
              </w:rPr>
            </w:pPr>
          </w:p>
        </w:tc>
        <w:tc>
          <w:tcPr>
            <w:tcW w:w="97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1C642B6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rFonts w:ascii="DejaVu Sans" w:hAnsi="DejaVu Sans"/>
                <w:color w:val="000000"/>
                <w:sz w:val="22"/>
              </w:rPr>
              <w:t>✓</w:t>
            </w:r>
          </w:p>
        </w:tc>
        <w:tc>
          <w:tcPr>
            <w:tcW w:w="90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DF9F29E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10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08DD8193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$10</w:t>
            </w:r>
          </w:p>
        </w:tc>
        <w:tc>
          <w:tcPr>
            <w:tcW w:w="95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4C0A6A4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rFonts w:ascii="DejaVu Sans" w:hAnsi="DejaVu Sans"/>
                <w:color w:val="000000"/>
                <w:sz w:val="22"/>
              </w:rPr>
              <w:t>✓</w:t>
            </w:r>
          </w:p>
        </w:tc>
      </w:tr>
      <w:tr w:rsidR="009C48D1" w14:paraId="31EDACCB" w14:textId="77777777">
        <w:trPr>
          <w:cantSplit/>
          <w:trHeight w:hRule="exact" w:val="605"/>
          <w:jc w:val="center"/>
        </w:trPr>
        <w:tc>
          <w:tcPr>
            <w:tcW w:w="144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033B6600" w14:textId="77777777" w:rsidR="009C48D1" w:rsidRDefault="00365B0B">
            <w:pPr>
              <w:rPr>
                <w:rFonts w:hint="eastAsia"/>
              </w:rPr>
            </w:pPr>
            <w:r>
              <w:rPr>
                <w:b/>
                <w:color w:val="BBBBBB"/>
              </w:rPr>
              <w:t>Diamond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8C4B2F1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Unlimited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D119015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$3,500</w:t>
            </w:r>
          </w:p>
        </w:tc>
        <w:tc>
          <w:tcPr>
            <w:tcW w:w="103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5D15FE1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Full</w:t>
            </w:r>
            <w:r>
              <w:rPr>
                <w:color w:val="000000"/>
                <w:sz w:val="18"/>
              </w:rPr>
              <w:br/>
              <w:t>page</w:t>
            </w:r>
          </w:p>
        </w:tc>
        <w:tc>
          <w:tcPr>
            <w:tcW w:w="100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C5803F2" w14:textId="77777777" w:rsidR="009C48D1" w:rsidRDefault="009C48D1">
            <w:pPr>
              <w:rPr>
                <w:rFonts w:hint="eastAsia"/>
              </w:rPr>
            </w:pPr>
          </w:p>
        </w:tc>
        <w:tc>
          <w:tcPr>
            <w:tcW w:w="97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79C2027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rFonts w:ascii="DejaVu Sans" w:hAnsi="DejaVu Sans"/>
                <w:color w:val="000000"/>
                <w:sz w:val="22"/>
              </w:rPr>
              <w:t>✓</w:t>
            </w:r>
          </w:p>
        </w:tc>
        <w:tc>
          <w:tcPr>
            <w:tcW w:w="90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B8A2559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DC7B57A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$15</w:t>
            </w:r>
          </w:p>
        </w:tc>
        <w:tc>
          <w:tcPr>
            <w:tcW w:w="95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5189E39C" w14:textId="77777777" w:rsidR="009C48D1" w:rsidRDefault="009C48D1">
            <w:pPr>
              <w:rPr>
                <w:rFonts w:hint="eastAsia"/>
              </w:rPr>
            </w:pPr>
          </w:p>
        </w:tc>
      </w:tr>
      <w:tr w:rsidR="009C48D1" w14:paraId="4A0BF512" w14:textId="77777777">
        <w:trPr>
          <w:cantSplit/>
          <w:trHeight w:hRule="exact" w:val="605"/>
          <w:jc w:val="center"/>
        </w:trPr>
        <w:tc>
          <w:tcPr>
            <w:tcW w:w="144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060AA86A" w14:textId="77777777" w:rsidR="009C48D1" w:rsidRDefault="00365B0B">
            <w:pPr>
              <w:rPr>
                <w:rFonts w:hint="eastAsia"/>
              </w:rPr>
            </w:pPr>
            <w:r>
              <w:rPr>
                <w:b/>
                <w:color w:val="279764"/>
              </w:rPr>
              <w:t>Emerald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1EB949E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Unlimited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5B14E63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$2,500</w:t>
            </w:r>
          </w:p>
        </w:tc>
        <w:tc>
          <w:tcPr>
            <w:tcW w:w="103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E18EF67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Half</w:t>
            </w:r>
            <w:r>
              <w:rPr>
                <w:color w:val="000000"/>
                <w:sz w:val="18"/>
              </w:rPr>
              <w:br/>
              <w:t>page</w:t>
            </w:r>
          </w:p>
        </w:tc>
        <w:tc>
          <w:tcPr>
            <w:tcW w:w="100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3DA5082D" w14:textId="77777777" w:rsidR="009C48D1" w:rsidRDefault="009C48D1">
            <w:pPr>
              <w:rPr>
                <w:rFonts w:hint="eastAsia"/>
              </w:rPr>
            </w:pPr>
          </w:p>
        </w:tc>
        <w:tc>
          <w:tcPr>
            <w:tcW w:w="97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F37844E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rFonts w:ascii="DejaVu Sans" w:hAnsi="DejaVu Sans"/>
                <w:color w:val="000000"/>
                <w:sz w:val="22"/>
              </w:rPr>
              <w:t>✓</w:t>
            </w:r>
          </w:p>
        </w:tc>
        <w:tc>
          <w:tcPr>
            <w:tcW w:w="90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0FDB9C00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76FC629F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$15</w:t>
            </w:r>
          </w:p>
        </w:tc>
        <w:tc>
          <w:tcPr>
            <w:tcW w:w="95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B60578F" w14:textId="77777777" w:rsidR="009C48D1" w:rsidRDefault="009C48D1">
            <w:pPr>
              <w:rPr>
                <w:rFonts w:hint="eastAsia"/>
              </w:rPr>
            </w:pPr>
          </w:p>
        </w:tc>
      </w:tr>
      <w:tr w:rsidR="009C48D1" w14:paraId="54AAA124" w14:textId="77777777">
        <w:trPr>
          <w:cantSplit/>
          <w:trHeight w:hRule="exact" w:val="605"/>
          <w:jc w:val="center"/>
        </w:trPr>
        <w:tc>
          <w:tcPr>
            <w:tcW w:w="144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7C59180" w14:textId="77777777" w:rsidR="009C48D1" w:rsidRDefault="00365B0B">
            <w:pPr>
              <w:rPr>
                <w:rFonts w:hint="eastAsia"/>
              </w:rPr>
            </w:pPr>
            <w:r>
              <w:rPr>
                <w:b/>
                <w:color w:val="EF1515"/>
              </w:rPr>
              <w:t>Ruby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016BACCD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Unlimited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AD0EB06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$1,500</w:t>
            </w:r>
          </w:p>
        </w:tc>
        <w:tc>
          <w:tcPr>
            <w:tcW w:w="103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BD501A6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Half</w:t>
            </w:r>
            <w:r>
              <w:rPr>
                <w:color w:val="000000"/>
                <w:sz w:val="18"/>
              </w:rPr>
              <w:br/>
              <w:t>page</w:t>
            </w:r>
          </w:p>
        </w:tc>
        <w:tc>
          <w:tcPr>
            <w:tcW w:w="100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5AD12B0" w14:textId="77777777" w:rsidR="009C48D1" w:rsidRDefault="009C48D1">
            <w:pPr>
              <w:rPr>
                <w:rFonts w:hint="eastAsia"/>
              </w:rPr>
            </w:pPr>
          </w:p>
        </w:tc>
        <w:tc>
          <w:tcPr>
            <w:tcW w:w="97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BB2AFC6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rFonts w:ascii="DejaVu Sans" w:hAnsi="DejaVu Sans"/>
                <w:color w:val="000000"/>
                <w:sz w:val="22"/>
              </w:rPr>
              <w:t>✓</w:t>
            </w:r>
          </w:p>
        </w:tc>
        <w:tc>
          <w:tcPr>
            <w:tcW w:w="90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010DFD80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0C2BE51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$15</w:t>
            </w:r>
          </w:p>
        </w:tc>
        <w:tc>
          <w:tcPr>
            <w:tcW w:w="95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1A0BE05A" w14:textId="77777777" w:rsidR="009C48D1" w:rsidRDefault="009C48D1">
            <w:pPr>
              <w:rPr>
                <w:rFonts w:hint="eastAsia"/>
              </w:rPr>
            </w:pPr>
          </w:p>
        </w:tc>
      </w:tr>
      <w:tr w:rsidR="009C48D1" w14:paraId="46AEE3AC" w14:textId="77777777">
        <w:trPr>
          <w:cantSplit/>
          <w:trHeight w:hRule="exact" w:val="605"/>
          <w:jc w:val="center"/>
        </w:trPr>
        <w:tc>
          <w:tcPr>
            <w:tcW w:w="144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0F4CC5D" w14:textId="77777777" w:rsidR="009C48D1" w:rsidRDefault="00365B0B">
            <w:pPr>
              <w:rPr>
                <w:rFonts w:hint="eastAsia"/>
              </w:rPr>
            </w:pPr>
            <w:r>
              <w:rPr>
                <w:b/>
                <w:color w:val="0089C6"/>
              </w:rPr>
              <w:t>Sapphire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A50EBB2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Unlimited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4D6ED252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$1,000</w:t>
            </w:r>
          </w:p>
        </w:tc>
        <w:tc>
          <w:tcPr>
            <w:tcW w:w="103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F8778A5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Quarter</w:t>
            </w:r>
            <w:r>
              <w:rPr>
                <w:color w:val="000000"/>
                <w:sz w:val="18"/>
              </w:rPr>
              <w:br/>
              <w:t>page</w:t>
            </w:r>
          </w:p>
        </w:tc>
        <w:tc>
          <w:tcPr>
            <w:tcW w:w="100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B2C1825" w14:textId="77777777" w:rsidR="009C48D1" w:rsidRDefault="009C48D1">
            <w:pPr>
              <w:rPr>
                <w:rFonts w:hint="eastAsia"/>
              </w:rPr>
            </w:pPr>
          </w:p>
        </w:tc>
        <w:tc>
          <w:tcPr>
            <w:tcW w:w="97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5A74B36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rFonts w:ascii="DejaVu Sans" w:hAnsi="DejaVu Sans"/>
                <w:color w:val="000000"/>
                <w:sz w:val="22"/>
              </w:rPr>
              <w:t>✓</w:t>
            </w:r>
          </w:p>
        </w:tc>
        <w:tc>
          <w:tcPr>
            <w:tcW w:w="90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DFD358D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55FC4161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$20</w:t>
            </w:r>
          </w:p>
        </w:tc>
        <w:tc>
          <w:tcPr>
            <w:tcW w:w="95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9651A4D" w14:textId="77777777" w:rsidR="009C48D1" w:rsidRDefault="009C48D1">
            <w:pPr>
              <w:rPr>
                <w:rFonts w:hint="eastAsia"/>
              </w:rPr>
            </w:pPr>
          </w:p>
        </w:tc>
      </w:tr>
      <w:tr w:rsidR="009C48D1" w14:paraId="46E8BF49" w14:textId="77777777">
        <w:trPr>
          <w:cantSplit/>
          <w:trHeight w:hRule="exact" w:val="605"/>
          <w:jc w:val="center"/>
        </w:trPr>
        <w:tc>
          <w:tcPr>
            <w:tcW w:w="144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E61264F" w14:textId="77777777" w:rsidR="009C48D1" w:rsidRDefault="00365B0B">
            <w:pPr>
              <w:rPr>
                <w:rFonts w:hint="eastAsia"/>
              </w:rPr>
            </w:pPr>
            <w:r>
              <w:rPr>
                <w:b/>
                <w:color w:val="A02A69"/>
              </w:rPr>
              <w:t>Supporter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300782F6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Unlimited</w:t>
            </w:r>
          </w:p>
        </w:tc>
        <w:tc>
          <w:tcPr>
            <w:tcW w:w="108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2B37DE2D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$500</w:t>
            </w:r>
          </w:p>
        </w:tc>
        <w:tc>
          <w:tcPr>
            <w:tcW w:w="103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95330C7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Listing</w:t>
            </w:r>
          </w:p>
        </w:tc>
        <w:tc>
          <w:tcPr>
            <w:tcW w:w="100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27830043" w14:textId="77777777" w:rsidR="009C48D1" w:rsidRDefault="009C48D1">
            <w:pPr>
              <w:rPr>
                <w:rFonts w:hint="eastAsia"/>
              </w:rPr>
            </w:pPr>
          </w:p>
        </w:tc>
        <w:tc>
          <w:tcPr>
            <w:tcW w:w="979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67ADC621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rFonts w:ascii="DejaVu Sans" w:hAnsi="DejaVu Sans"/>
                <w:color w:val="000000"/>
                <w:sz w:val="22"/>
              </w:rPr>
              <w:t>✓</w:t>
            </w:r>
          </w:p>
        </w:tc>
        <w:tc>
          <w:tcPr>
            <w:tcW w:w="907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1096DE3F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  <w:vAlign w:val="center"/>
          </w:tcPr>
          <w:p w14:paraId="06D8CCD7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color w:val="000000"/>
                <w:sz w:val="18"/>
              </w:rPr>
              <w:t>$20</w:t>
            </w:r>
          </w:p>
        </w:tc>
        <w:tc>
          <w:tcPr>
            <w:tcW w:w="95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636FF30" w14:textId="77777777" w:rsidR="009C48D1" w:rsidRDefault="009C48D1">
            <w:pPr>
              <w:rPr>
                <w:rFonts w:hint="eastAsia"/>
              </w:rPr>
            </w:pPr>
          </w:p>
        </w:tc>
      </w:tr>
    </w:tbl>
    <w:p w14:paraId="69FF2E1B" w14:textId="77777777" w:rsidR="009C48D1" w:rsidRDefault="009C48D1">
      <w:pPr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33"/>
      </w:tblGrid>
      <w:tr w:rsidR="009C48D1" w14:paraId="66103903" w14:textId="77777777">
        <w:trPr>
          <w:jc w:val="center"/>
        </w:trPr>
        <w:tc>
          <w:tcPr>
            <w:tcW w:w="9533" w:type="dxa"/>
            <w:tcBorders>
              <w:top w:val="single" w:sz="22" w:space="0" w:color="000000"/>
              <w:left w:val="single" w:sz="22" w:space="0" w:color="000000"/>
              <w:right w:val="single" w:sz="22" w:space="0" w:color="000000"/>
            </w:tcBorders>
            <w:tcMar>
              <w:top w:w="64" w:type="dxa"/>
              <w:left w:w="100" w:type="dxa"/>
              <w:bottom w:w="64" w:type="dxa"/>
              <w:right w:w="100" w:type="dxa"/>
            </w:tcMar>
            <w:vAlign w:val="center"/>
          </w:tcPr>
          <w:p w14:paraId="7D98B2CC" w14:textId="77777777" w:rsidR="009C48D1" w:rsidRDefault="00365B0B">
            <w:pPr>
              <w:jc w:val="center"/>
              <w:rPr>
                <w:rFonts w:hint="eastAsia"/>
              </w:rPr>
            </w:pPr>
            <w:r>
              <w:rPr>
                <w:rFonts w:ascii="EB Garamond" w:hAnsi="EB Garamond"/>
                <w:color w:val="000000"/>
                <w:sz w:val="25"/>
              </w:rPr>
              <w:t>Can’t sponsor, but still want to help? Make a donation!</w:t>
            </w:r>
          </w:p>
        </w:tc>
      </w:tr>
      <w:tr w:rsidR="009C48D1" w14:paraId="39E1089E" w14:textId="77777777">
        <w:trPr>
          <w:jc w:val="center"/>
        </w:trPr>
        <w:tc>
          <w:tcPr>
            <w:tcW w:w="9533" w:type="dxa"/>
            <w:tcBorders>
              <w:left w:val="single" w:sz="22" w:space="0" w:color="000000"/>
              <w:bottom w:val="single" w:sz="22" w:space="0" w:color="000000"/>
              <w:right w:val="single" w:sz="22" w:space="0" w:color="000000"/>
            </w:tcBorders>
            <w:tcMar>
              <w:top w:w="64" w:type="dxa"/>
              <w:left w:w="100" w:type="dxa"/>
              <w:bottom w:w="64" w:type="dxa"/>
              <w:right w:w="100" w:type="dxa"/>
            </w:tcMar>
          </w:tcPr>
          <w:p w14:paraId="17682081" w14:textId="77777777" w:rsidR="009C48D1" w:rsidRDefault="009C48D1">
            <w:pPr>
              <w:rPr>
                <w:rFonts w:hint="eastAsia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40"/>
              <w:gridCol w:w="1440"/>
              <w:gridCol w:w="1440"/>
              <w:gridCol w:w="1440"/>
              <w:gridCol w:w="3168"/>
            </w:tblGrid>
            <w:tr w:rsidR="009C48D1" w14:paraId="4844D782" w14:textId="77777777"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B3A45F" w14:textId="77777777" w:rsidR="009C48D1" w:rsidRDefault="00365B0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ascii="EB Garamond" w:hAnsi="EB Garamond"/>
                      <w:color w:val="000000"/>
                      <w:sz w:val="24"/>
                    </w:rPr>
                    <w:t>$400 ____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B58A21" w14:textId="77777777" w:rsidR="009C48D1" w:rsidRDefault="00365B0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ascii="EB Garamond" w:hAnsi="EB Garamond"/>
                      <w:color w:val="000000"/>
                      <w:sz w:val="24"/>
                    </w:rPr>
                    <w:t>$300 ____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8107FB" w14:textId="77777777" w:rsidR="009C48D1" w:rsidRDefault="00365B0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ascii="EB Garamond" w:hAnsi="EB Garamond"/>
                      <w:color w:val="000000"/>
                      <w:sz w:val="24"/>
                    </w:rPr>
                    <w:t>$200 ____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1BE28E" w14:textId="77777777" w:rsidR="009C48D1" w:rsidRDefault="00365B0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ascii="EB Garamond" w:hAnsi="EB Garamond"/>
                      <w:color w:val="000000"/>
                      <w:sz w:val="24"/>
                    </w:rPr>
                    <w:t>$100 ____</w:t>
                  </w:r>
                </w:p>
              </w:tc>
              <w:tc>
                <w:tcPr>
                  <w:tcW w:w="316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CF282C" w14:textId="77777777" w:rsidR="009C48D1" w:rsidRDefault="00365B0B">
                  <w:pPr>
                    <w:jc w:val="center"/>
                    <w:rPr>
                      <w:rFonts w:hint="eastAsia"/>
                    </w:rPr>
                  </w:pPr>
                  <w:r>
                    <w:rPr>
                      <w:rFonts w:ascii="EB Garamond" w:hAnsi="EB Garamond"/>
                      <w:color w:val="000000"/>
                      <w:sz w:val="24"/>
                    </w:rPr>
                    <w:t>Other $____________</w:t>
                  </w:r>
                </w:p>
              </w:tc>
            </w:tr>
          </w:tbl>
          <w:p w14:paraId="140C608F" w14:textId="77777777" w:rsidR="009C48D1" w:rsidRDefault="009C48D1">
            <w:pPr>
              <w:rPr>
                <w:rFonts w:hint="eastAsia"/>
              </w:rPr>
            </w:pPr>
          </w:p>
        </w:tc>
      </w:tr>
    </w:tbl>
    <w:p w14:paraId="091477DC" w14:textId="77777777" w:rsidR="009C48D1" w:rsidRDefault="009C48D1">
      <w:pPr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99"/>
        <w:gridCol w:w="101"/>
        <w:gridCol w:w="216"/>
        <w:gridCol w:w="1267"/>
        <w:gridCol w:w="7042"/>
      </w:tblGrid>
      <w:tr w:rsidR="009C48D1" w14:paraId="010A171D" w14:textId="77777777">
        <w:trPr>
          <w:cantSplit/>
          <w:trHeight w:hRule="exact" w:val="410"/>
          <w:jc w:val="center"/>
        </w:trPr>
        <w:tc>
          <w:tcPr>
            <w:tcW w:w="2016" w:type="dxa"/>
            <w:gridSpan w:val="3"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7146D9F5" w14:textId="77777777" w:rsidR="009C48D1" w:rsidRDefault="00365B0B">
            <w:pPr>
              <w:rPr>
                <w:rFonts w:hint="eastAsia"/>
              </w:rPr>
            </w:pPr>
            <w:r>
              <w:rPr>
                <w:b/>
                <w:color w:val="000000"/>
                <w:sz w:val="21"/>
              </w:rPr>
              <w:t>Name of Business:</w:t>
            </w:r>
          </w:p>
        </w:tc>
        <w:tc>
          <w:tcPr>
            <w:tcW w:w="8309" w:type="dxa"/>
            <w:gridSpan w:val="2"/>
            <w:tcBorders>
              <w:bottom w:val="single" w:sz="7" w:space="0" w:color="20202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46247E32" w14:textId="77777777" w:rsidR="009C48D1" w:rsidRDefault="00365B0B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9C48D1" w14:paraId="5A36D294" w14:textId="77777777">
        <w:trPr>
          <w:cantSplit/>
          <w:trHeight w:hRule="exact" w:val="410"/>
          <w:jc w:val="center"/>
        </w:trPr>
        <w:tc>
          <w:tcPr>
            <w:tcW w:w="3283" w:type="dxa"/>
            <w:gridSpan w:val="4"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7B2569EE" w14:textId="77777777" w:rsidR="009C48D1" w:rsidRDefault="00365B0B">
            <w:pPr>
              <w:rPr>
                <w:rFonts w:hint="eastAsia"/>
              </w:rPr>
            </w:pPr>
            <w:r>
              <w:rPr>
                <w:b/>
                <w:color w:val="000000"/>
                <w:sz w:val="21"/>
              </w:rPr>
              <w:t>Name of Donor (First and Last):</w:t>
            </w:r>
          </w:p>
        </w:tc>
        <w:tc>
          <w:tcPr>
            <w:tcW w:w="7042" w:type="dxa"/>
            <w:tcBorders>
              <w:bottom w:val="single" w:sz="7" w:space="0" w:color="20202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655DCAB8" w14:textId="77777777" w:rsidR="009C48D1" w:rsidRDefault="00365B0B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9C48D1" w14:paraId="24754790" w14:textId="77777777">
        <w:trPr>
          <w:cantSplit/>
          <w:trHeight w:hRule="exact" w:val="410"/>
          <w:jc w:val="center"/>
        </w:trPr>
        <w:tc>
          <w:tcPr>
            <w:tcW w:w="1800" w:type="dxa"/>
            <w:gridSpan w:val="2"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04395A86" w14:textId="77777777" w:rsidR="009C48D1" w:rsidRDefault="00365B0B">
            <w:pPr>
              <w:rPr>
                <w:rFonts w:hint="eastAsia"/>
              </w:rPr>
            </w:pPr>
            <w:r>
              <w:rPr>
                <w:b/>
                <w:color w:val="000000"/>
                <w:sz w:val="21"/>
              </w:rPr>
              <w:t>Mailing Address:</w:t>
            </w:r>
          </w:p>
        </w:tc>
        <w:tc>
          <w:tcPr>
            <w:tcW w:w="8525" w:type="dxa"/>
            <w:gridSpan w:val="3"/>
            <w:tcBorders>
              <w:bottom w:val="single" w:sz="7" w:space="0" w:color="20202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27528998" w14:textId="77777777" w:rsidR="009C48D1" w:rsidRDefault="00365B0B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9C48D1" w14:paraId="583D6F5E" w14:textId="77777777">
        <w:trPr>
          <w:cantSplit/>
          <w:trHeight w:hRule="exact" w:val="475"/>
          <w:jc w:val="center"/>
        </w:trPr>
        <w:tc>
          <w:tcPr>
            <w:tcW w:w="1800" w:type="dxa"/>
            <w:gridSpan w:val="2"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424733C2" w14:textId="77777777" w:rsidR="009C48D1" w:rsidRDefault="009C48D1">
            <w:pPr>
              <w:rPr>
                <w:rFonts w:hint="eastAsia"/>
              </w:rPr>
            </w:pPr>
          </w:p>
        </w:tc>
        <w:tc>
          <w:tcPr>
            <w:tcW w:w="8525" w:type="dxa"/>
            <w:gridSpan w:val="3"/>
            <w:tcBorders>
              <w:bottom w:val="single" w:sz="7" w:space="0" w:color="20202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40996827" w14:textId="77777777" w:rsidR="009C48D1" w:rsidRDefault="00365B0B">
            <w:pPr>
              <w:rPr>
                <w:rFonts w:hint="eastAsia"/>
              </w:rPr>
            </w:pPr>
            <w:r>
              <w:t xml:space="preserve"> </w:t>
            </w:r>
          </w:p>
        </w:tc>
      </w:tr>
      <w:tr w:rsidR="009C48D1" w14:paraId="6A03B0D8" w14:textId="77777777">
        <w:trPr>
          <w:cantSplit/>
          <w:trHeight w:hRule="exact" w:val="410"/>
          <w:jc w:val="center"/>
        </w:trPr>
        <w:tc>
          <w:tcPr>
            <w:tcW w:w="1699" w:type="dxa"/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47E642C3" w14:textId="77777777" w:rsidR="009C48D1" w:rsidRDefault="00365B0B">
            <w:pPr>
              <w:rPr>
                <w:rFonts w:hint="eastAsia"/>
              </w:rPr>
            </w:pPr>
            <w:r>
              <w:rPr>
                <w:b/>
                <w:color w:val="000000"/>
                <w:sz w:val="21"/>
              </w:rPr>
              <w:t>Phone Number:</w:t>
            </w:r>
          </w:p>
        </w:tc>
        <w:tc>
          <w:tcPr>
            <w:tcW w:w="8626" w:type="dxa"/>
            <w:gridSpan w:val="4"/>
            <w:tcBorders>
              <w:bottom w:val="single" w:sz="7" w:space="0" w:color="202020"/>
            </w:tcBorders>
            <w:tcMar>
              <w:top w:w="0" w:type="dxa"/>
              <w:left w:w="7" w:type="dxa"/>
              <w:bottom w:w="0" w:type="dxa"/>
              <w:right w:w="7" w:type="dxa"/>
            </w:tcMar>
            <w:vAlign w:val="bottom"/>
          </w:tcPr>
          <w:p w14:paraId="679C15F8" w14:textId="77777777" w:rsidR="009C48D1" w:rsidRDefault="00365B0B">
            <w:pPr>
              <w:rPr>
                <w:rFonts w:hint="eastAsia"/>
              </w:rPr>
            </w:pPr>
            <w:r>
              <w:t xml:space="preserve"> </w:t>
            </w:r>
          </w:p>
        </w:tc>
      </w:tr>
    </w:tbl>
    <w:p w14:paraId="2AA441EF" w14:textId="77777777" w:rsidR="009C48D1" w:rsidRDefault="00365B0B">
      <w:pPr>
        <w:jc w:val="center"/>
        <w:rPr>
          <w:rFonts w:hint="eastAsia"/>
        </w:rPr>
      </w:pPr>
      <w:r>
        <w:rPr>
          <w:color w:val="000000"/>
          <w:sz w:val="18"/>
        </w:rPr>
        <w:t>Checks can be made payable to CORD. Mail paper copy of Sponsor and Donor Form payment to</w:t>
      </w:r>
    </w:p>
    <w:p w14:paraId="7A824423" w14:textId="77777777" w:rsidR="009C48D1" w:rsidRDefault="00365B0B">
      <w:pPr>
        <w:spacing w:after="180"/>
        <w:jc w:val="center"/>
        <w:rPr>
          <w:rFonts w:hint="eastAsia"/>
        </w:rPr>
      </w:pPr>
      <w:r>
        <w:rPr>
          <w:color w:val="000000"/>
          <w:sz w:val="18"/>
        </w:rPr>
        <w:t>CORD at 765 Attucks Lane, Hyannis MA 02601</w:t>
      </w:r>
    </w:p>
    <w:p w14:paraId="727CFC81" w14:textId="77777777" w:rsidR="009C48D1" w:rsidRDefault="00365B0B">
      <w:pPr>
        <w:spacing w:after="200"/>
        <w:jc w:val="center"/>
        <w:rPr>
          <w:rFonts w:hint="eastAsia"/>
        </w:rPr>
      </w:pPr>
      <w:r>
        <w:rPr>
          <w:color w:val="000000"/>
          <w:sz w:val="18"/>
        </w:rPr>
        <w:t>Or pay online and submit digitally using the QR code on the front of this form</w:t>
      </w:r>
    </w:p>
    <w:p w14:paraId="3FEFE291" w14:textId="77777777" w:rsidR="009C48D1" w:rsidRDefault="00365B0B">
      <w:pPr>
        <w:spacing w:after="60"/>
        <w:jc w:val="center"/>
        <w:rPr>
          <w:rFonts w:hint="eastAsia"/>
        </w:rPr>
      </w:pPr>
      <w:r>
        <w:rPr>
          <w:b/>
          <w:color w:val="FF0000"/>
          <w:sz w:val="27"/>
          <w:u w:val="single"/>
        </w:rPr>
        <w:t>*All Sponsorship and Donations Due November 19, 2026</w:t>
      </w:r>
    </w:p>
    <w:p w14:paraId="70D39855" w14:textId="77777777" w:rsidR="009C48D1" w:rsidRDefault="00365B0B">
      <w:pPr>
        <w:spacing w:after="20"/>
        <w:jc w:val="center"/>
        <w:rPr>
          <w:rFonts w:hint="eastAsia"/>
        </w:rPr>
      </w:pPr>
      <w:r>
        <w:rPr>
          <w:color w:val="000000"/>
          <w:sz w:val="18"/>
        </w:rPr>
        <w:t>Questions or concerns? Please contact CORD at 508-775-8300</w:t>
      </w:r>
    </w:p>
    <w:p w14:paraId="0087F5E9" w14:textId="77777777" w:rsidR="009C48D1" w:rsidRDefault="00365B0B">
      <w:pPr>
        <w:spacing w:after="160"/>
        <w:jc w:val="center"/>
        <w:rPr>
          <w:rFonts w:hint="eastAsia"/>
        </w:rPr>
      </w:pPr>
      <w:r>
        <w:rPr>
          <w:color w:val="000000"/>
          <w:sz w:val="18"/>
        </w:rPr>
        <w:t>or cordinfo@cilcapecod.org</w:t>
      </w:r>
    </w:p>
    <w:p w14:paraId="7AF19706" w14:textId="77777777" w:rsidR="009C48D1" w:rsidRDefault="00365B0B">
      <w:pPr>
        <w:spacing w:after="120"/>
        <w:jc w:val="center"/>
        <w:rPr>
          <w:rFonts w:hint="eastAsia"/>
        </w:rPr>
      </w:pPr>
      <w:r>
        <w:rPr>
          <w:color w:val="000000"/>
          <w:sz w:val="17"/>
        </w:rPr>
        <w:t>CORD is a non-profit 501(c)(3) tax exempt organization and does not charge a fee for its services.</w:t>
      </w:r>
    </w:p>
    <w:p w14:paraId="213BC7E7" w14:textId="77777777" w:rsidR="009C48D1" w:rsidRDefault="00365B0B">
      <w:pPr>
        <w:jc w:val="center"/>
        <w:rPr>
          <w:rFonts w:hint="eastAsia"/>
        </w:rPr>
      </w:pPr>
      <w:r>
        <w:rPr>
          <w:color w:val="000000"/>
          <w:sz w:val="17"/>
        </w:rPr>
        <w:t>Donations and sponsorships may be tax deductible as allowed by law. Tax ID # 04-2901347</w:t>
      </w:r>
    </w:p>
    <w:sectPr w:rsidR="009C48D1" w:rsidSect="00034616">
      <w:pgSz w:w="12240" w:h="15840"/>
      <w:pgMar w:top="720" w:right="720" w:bottom="720" w:left="720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mic Neue">
    <w:altName w:val="Cambria"/>
    <w:panose1 w:val="00000000000000000000"/>
    <w:charset w:val="00"/>
    <w:family w:val="roman"/>
    <w:notTrueType/>
    <w:pitch w:val="default"/>
  </w:font>
  <w:font w:name="EB Garamond">
    <w:charset w:val="00"/>
    <w:family w:val="auto"/>
    <w:pitch w:val="variable"/>
    <w:sig w:usb0="E00002FF" w:usb1="02000413" w:usb2="0000000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26361">
    <w:abstractNumId w:val="8"/>
  </w:num>
  <w:num w:numId="2" w16cid:durableId="716005918">
    <w:abstractNumId w:val="6"/>
  </w:num>
  <w:num w:numId="3" w16cid:durableId="2046366447">
    <w:abstractNumId w:val="5"/>
  </w:num>
  <w:num w:numId="4" w16cid:durableId="1629387791">
    <w:abstractNumId w:val="4"/>
  </w:num>
  <w:num w:numId="5" w16cid:durableId="366032192">
    <w:abstractNumId w:val="7"/>
  </w:num>
  <w:num w:numId="6" w16cid:durableId="1457217728">
    <w:abstractNumId w:val="3"/>
  </w:num>
  <w:num w:numId="7" w16cid:durableId="574432732">
    <w:abstractNumId w:val="2"/>
  </w:num>
  <w:num w:numId="8" w16cid:durableId="1008603148">
    <w:abstractNumId w:val="1"/>
  </w:num>
  <w:num w:numId="9" w16cid:durableId="224491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65B0B"/>
    <w:rsid w:val="00957594"/>
    <w:rsid w:val="009C48D1"/>
    <w:rsid w:val="00AA1D8D"/>
    <w:rsid w:val="00B47730"/>
    <w:rsid w:val="00CA534A"/>
    <w:rsid w:val="00CB0664"/>
    <w:rsid w:val="00DE6C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345829"/>
  <w14:defaultImageDpi w14:val="300"/>
  <w15:docId w15:val="{3A347DBF-319C-4FD5-98B8-2AAA24CCB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mo" w:hAnsi="Arimo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ordcapecod.org/shopping-car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62EAE76146AF45A49B26915492F604" ma:contentTypeVersion="15" ma:contentTypeDescription="Create a new document." ma:contentTypeScope="" ma:versionID="5fb3f4403ac8b35ea0fb21512a1272cd">
  <xsd:schema xmlns:xsd="http://www.w3.org/2001/XMLSchema" xmlns:xs="http://www.w3.org/2001/XMLSchema" xmlns:p="http://schemas.microsoft.com/office/2006/metadata/properties" xmlns:ns2="f1e86fe5-c23f-4be0-a5f3-7f7218abfb5f" xmlns:ns3="f48111c8-3701-4861-bb34-cca5da0e53e5" targetNamespace="http://schemas.microsoft.com/office/2006/metadata/properties" ma:root="true" ma:fieldsID="4d2d1b5ee6c00c727fd39d4855d182db" ns2:_="" ns3:_="">
    <xsd:import namespace="f1e86fe5-c23f-4be0-a5f3-7f7218abfb5f"/>
    <xsd:import namespace="f48111c8-3701-4861-bb34-cca5da0e53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86fe5-c23f-4be0-a5f3-7f7218abf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5e927d2-1ee2-4a14-8bf7-744668562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111c8-3701-4861-bb34-cca5da0e53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f88d4ef-19db-48f7-85e1-0b9136fb1971}" ma:internalName="TaxCatchAll" ma:showField="CatchAllData" ma:web="f48111c8-3701-4861-bb34-cca5da0e53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8111c8-3701-4861-bb34-cca5da0e53e5" xsi:nil="true"/>
    <lcf76f155ced4ddcb4097134ff3c332f xmlns="f1e86fe5-c23f-4be0-a5f3-7f7218abfb5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BFDCE0D-0C81-40DE-9BA3-5F02758424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C24210-5594-4521-B6E9-DC164F9D8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86fe5-c23f-4be0-a5f3-7f7218abfb5f"/>
    <ds:schemaRef ds:uri="f48111c8-3701-4861-bb34-cca5da0e53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70A4AA-8194-4862-8FFB-84040CC01721}">
  <ds:schemaRefs>
    <ds:schemaRef ds:uri="http://schemas.microsoft.com/office/2006/metadata/properties"/>
    <ds:schemaRef ds:uri="http://schemas.microsoft.com/office/infopath/2007/PartnerControls"/>
    <ds:schemaRef ds:uri="f48111c8-3701-4861-bb34-cca5da0e53e5"/>
    <ds:schemaRef ds:uri="f1e86fe5-c23f-4be0-a5f3-7f7218abfb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CORD Music Bingo Sponsorship Flier - December 10, 2026</dc:title>
  <dc:subject>Editable two-page flier with Other donation option</dc:subject>
  <dc:creator>CORD</dc:creator>
  <cp:keywords/>
  <dc:description>generated by python-docx</dc:description>
  <cp:lastModifiedBy>Mike Magnant</cp:lastModifiedBy>
  <cp:revision>2</cp:revision>
  <dcterms:created xsi:type="dcterms:W3CDTF">2026-10-29T18:31:00Z</dcterms:created>
  <dcterms:modified xsi:type="dcterms:W3CDTF">2026-10-29T18:31:00Z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0x0101002E62EAE76146AF45A49B26915492F604</vt:lpwstr>
  </property>
</Properties>
</file>